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43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36"/>
      </w:tblGrid>
      <w:tr w:rsidR="00F26445" w14:paraId="0587B513" w14:textId="77777777" w:rsidTr="00F26445">
        <w:trPr>
          <w:trHeight w:val="377"/>
        </w:trPr>
        <w:tc>
          <w:tcPr>
            <w:tcW w:w="6436" w:type="dxa"/>
          </w:tcPr>
          <w:p w14:paraId="4BC81763" w14:textId="77777777" w:rsidR="00F26445" w:rsidRDefault="00F26445">
            <w:pPr>
              <w:spacing w:after="20" w:line="252" w:lineRule="auto"/>
            </w:pPr>
            <w:r>
              <w:rPr>
                <w:rFonts w:eastAsia="Cambria" w:cs="Cambria"/>
                <w:b/>
                <w:i/>
                <w:color w:val="000000"/>
                <w:sz w:val="27"/>
              </w:rPr>
              <w:t>St. Joseph’s Anglo-Chinese School</w:t>
            </w:r>
          </w:p>
          <w:p w14:paraId="56360C14" w14:textId="77777777" w:rsidR="00F26445" w:rsidRDefault="00F26445" w:rsidP="00F26445">
            <w:pPr>
              <w:spacing w:after="20"/>
            </w:pPr>
            <w:r>
              <w:rPr>
                <w:rFonts w:eastAsia="Cambria" w:cs="Cambria"/>
                <w:b/>
                <w:i/>
                <w:color w:val="000000"/>
                <w:sz w:val="24"/>
              </w:rPr>
              <w:t>Form 6 English Language</w:t>
            </w:r>
          </w:p>
          <w:p w14:paraId="727A304E" w14:textId="0A8F3B93" w:rsidR="00F26445" w:rsidRDefault="00F26445">
            <w:pPr>
              <w:spacing w:after="0" w:line="252" w:lineRule="auto"/>
            </w:pPr>
            <w:r>
              <w:rPr>
                <w:rFonts w:eastAsia="Cambria" w:cs="Cambria"/>
                <w:b/>
                <w:i/>
                <w:color w:val="000000"/>
                <w:sz w:val="19"/>
              </w:rPr>
              <w:t>Paper 4 Speaking – Exam Practice (DSE 2023 Set 2.1)</w:t>
            </w:r>
          </w:p>
        </w:tc>
      </w:tr>
    </w:tbl>
    <w:p w14:paraId="423A5027" w14:textId="1C76C45C" w:rsidR="00FA2091" w:rsidRDefault="00F26445">
      <w:pPr>
        <w:pBdr>
          <w:bottom w:val="single" w:sz="30" w:space="1" w:color="000000"/>
        </w:pBdr>
        <w:spacing w:after="120" w:line="268" w:lineRule="auto"/>
      </w:pPr>
      <w:r w:rsidRPr="005979B2">
        <w:rPr>
          <w:rFonts w:ascii="Trebuchet MS" w:hAnsi="Trebuchet MS"/>
          <w:b/>
          <w:i/>
          <w:noProof/>
          <w:szCs w:val="20"/>
          <w:lang w:eastAsia="zh-TW"/>
        </w:rPr>
        <w:drawing>
          <wp:anchor distT="0" distB="0" distL="114300" distR="114300" simplePos="0" relativeHeight="251658240" behindDoc="0" locked="0" layoutInCell="1" allowOverlap="1" wp14:anchorId="58CB6576" wp14:editId="10077E91">
            <wp:simplePos x="0" y="0"/>
            <wp:positionH relativeFrom="column">
              <wp:posOffset>4676501</wp:posOffset>
            </wp:positionH>
            <wp:positionV relativeFrom="paragraph">
              <wp:posOffset>-545980</wp:posOffset>
            </wp:positionV>
            <wp:extent cx="1838325" cy="571500"/>
            <wp:effectExtent l="0" t="0" r="9525" b="0"/>
            <wp:wrapNone/>
            <wp:docPr id="9" name="Picture 9" descr="A white rectangular object with black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white rectangular object with black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21AF20" w14:textId="67B817D2" w:rsidR="00FA2091" w:rsidRDefault="00000000">
      <w:pPr>
        <w:spacing w:after="0"/>
        <w:jc w:val="center"/>
      </w:pPr>
      <w:r>
        <w:rPr>
          <w:noProof/>
        </w:rPr>
        <w:drawing>
          <wp:inline distT="0" distB="0" distL="0" distR="0" wp14:anchorId="29C065C0" wp14:editId="551B2158">
            <wp:extent cx="6567399" cy="8039009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am_page_full.png"/>
                    <pic:cNvPicPr/>
                  </pic:nvPicPr>
                  <pic:blipFill rotWithShape="1">
                    <a:blip r:embed="rId7"/>
                    <a:srcRect l="11476" t="17749" r="6019" b="109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7015" cy="81119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288DDE" w14:textId="77777777" w:rsidR="00093CA2" w:rsidRDefault="00093CA2" w:rsidP="00093CA2">
      <w:pPr>
        <w:keepNext/>
        <w:spacing w:before="240" w:after="100" w:line="268" w:lineRule="auto"/>
      </w:pPr>
      <w:r>
        <w:rPr>
          <w:rFonts w:eastAsia="Cambria" w:cs="Cambria"/>
          <w:b/>
          <w:color w:val="548235"/>
          <w:sz w:val="26"/>
          <w:u w:val="single"/>
        </w:rPr>
        <w:lastRenderedPageBreak/>
        <w:t>Note Grid – Your Notes for the Discussion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058"/>
        <w:gridCol w:w="5310"/>
      </w:tblGrid>
      <w:tr w:rsidR="00093CA2" w14:paraId="049D63C9" w14:textId="77777777" w:rsidTr="00572DF5">
        <w:tc>
          <w:tcPr>
            <w:tcW w:w="5058" w:type="dxa"/>
          </w:tcPr>
          <w:p w14:paraId="38D735C5" w14:textId="77777777" w:rsidR="00093CA2" w:rsidRDefault="00093CA2" w:rsidP="00572DF5">
            <w:pPr>
              <w:spacing w:after="40" w:line="252" w:lineRule="auto"/>
            </w:pPr>
            <w:r>
              <w:rPr>
                <w:rFonts w:eastAsia="Cambria" w:cs="Cambria"/>
                <w:b/>
                <w:color w:val="14233C"/>
                <w:sz w:val="21"/>
              </w:rPr>
              <w:t>1.  the advantages of being a night owl</w:t>
            </w:r>
          </w:p>
          <w:p w14:paraId="3336A248" w14:textId="77777777" w:rsidR="00093CA2" w:rsidRDefault="00093CA2" w:rsidP="00572DF5">
            <w:pPr>
              <w:spacing w:line="324" w:lineRule="auto"/>
            </w:pPr>
          </w:p>
          <w:p w14:paraId="51FC6438" w14:textId="77777777" w:rsidR="00093CA2" w:rsidRDefault="00093CA2" w:rsidP="00572DF5">
            <w:pPr>
              <w:spacing w:line="324" w:lineRule="auto"/>
            </w:pPr>
          </w:p>
          <w:p w14:paraId="5A9D9DCC" w14:textId="77777777" w:rsidR="00093CA2" w:rsidRDefault="00093CA2" w:rsidP="00572DF5">
            <w:pPr>
              <w:spacing w:line="324" w:lineRule="auto"/>
            </w:pPr>
          </w:p>
          <w:p w14:paraId="6BBB72B3" w14:textId="77777777" w:rsidR="00093CA2" w:rsidRDefault="00093CA2" w:rsidP="00572DF5">
            <w:pPr>
              <w:spacing w:line="324" w:lineRule="auto"/>
            </w:pPr>
          </w:p>
          <w:p w14:paraId="112C23D5" w14:textId="77777777" w:rsidR="00093CA2" w:rsidRDefault="00093CA2" w:rsidP="00572DF5">
            <w:pPr>
              <w:spacing w:line="324" w:lineRule="auto"/>
            </w:pPr>
          </w:p>
          <w:p w14:paraId="65675DF2" w14:textId="77777777" w:rsidR="00093CA2" w:rsidRDefault="00093CA2" w:rsidP="00572DF5">
            <w:pPr>
              <w:spacing w:line="324" w:lineRule="auto"/>
            </w:pPr>
          </w:p>
          <w:p w14:paraId="498BF643" w14:textId="77777777" w:rsidR="00093CA2" w:rsidRDefault="00093CA2" w:rsidP="00572DF5">
            <w:pPr>
              <w:spacing w:line="324" w:lineRule="auto"/>
            </w:pPr>
          </w:p>
          <w:p w14:paraId="19735104" w14:textId="77777777" w:rsidR="00093CA2" w:rsidRDefault="00093CA2" w:rsidP="00572DF5">
            <w:pPr>
              <w:spacing w:line="324" w:lineRule="auto"/>
            </w:pPr>
          </w:p>
          <w:p w14:paraId="77F7D6C6" w14:textId="77777777" w:rsidR="00093CA2" w:rsidRDefault="00093CA2" w:rsidP="00572DF5">
            <w:pPr>
              <w:spacing w:line="324" w:lineRule="auto"/>
            </w:pPr>
          </w:p>
          <w:p w14:paraId="79F75F57" w14:textId="77777777" w:rsidR="00093CA2" w:rsidRDefault="00093CA2" w:rsidP="00572DF5">
            <w:pPr>
              <w:spacing w:line="324" w:lineRule="auto"/>
            </w:pPr>
          </w:p>
          <w:p w14:paraId="22117EB9" w14:textId="77777777" w:rsidR="00093CA2" w:rsidRDefault="00093CA2" w:rsidP="00572DF5">
            <w:pPr>
              <w:spacing w:line="324" w:lineRule="auto"/>
            </w:pPr>
          </w:p>
          <w:p w14:paraId="14374B43" w14:textId="77777777" w:rsidR="00093CA2" w:rsidRDefault="00093CA2" w:rsidP="00572DF5">
            <w:pPr>
              <w:spacing w:line="324" w:lineRule="auto"/>
            </w:pPr>
          </w:p>
        </w:tc>
        <w:tc>
          <w:tcPr>
            <w:tcW w:w="5310" w:type="dxa"/>
          </w:tcPr>
          <w:p w14:paraId="284F0AD4" w14:textId="77777777" w:rsidR="00093CA2" w:rsidRDefault="00093CA2" w:rsidP="00572DF5">
            <w:pPr>
              <w:spacing w:after="40" w:line="252" w:lineRule="auto"/>
            </w:pPr>
            <w:r>
              <w:rPr>
                <w:rFonts w:eastAsia="Cambria" w:cs="Cambria"/>
                <w:b/>
                <w:color w:val="14233C"/>
                <w:sz w:val="21"/>
              </w:rPr>
              <w:t>2.  the advantages of getting up early</w:t>
            </w:r>
          </w:p>
          <w:p w14:paraId="7B5F3769" w14:textId="77777777" w:rsidR="00093CA2" w:rsidRDefault="00093CA2" w:rsidP="00572DF5">
            <w:pPr>
              <w:spacing w:line="324" w:lineRule="auto"/>
            </w:pPr>
          </w:p>
          <w:p w14:paraId="0EDDB387" w14:textId="77777777" w:rsidR="00093CA2" w:rsidRDefault="00093CA2" w:rsidP="00572DF5">
            <w:pPr>
              <w:spacing w:line="324" w:lineRule="auto"/>
            </w:pPr>
          </w:p>
          <w:p w14:paraId="6A3D0999" w14:textId="77777777" w:rsidR="00093CA2" w:rsidRDefault="00093CA2" w:rsidP="00572DF5">
            <w:pPr>
              <w:spacing w:line="324" w:lineRule="auto"/>
            </w:pPr>
          </w:p>
          <w:p w14:paraId="42A61E54" w14:textId="77777777" w:rsidR="00093CA2" w:rsidRDefault="00093CA2" w:rsidP="00572DF5">
            <w:pPr>
              <w:spacing w:line="324" w:lineRule="auto"/>
            </w:pPr>
          </w:p>
          <w:p w14:paraId="79E65DFE" w14:textId="77777777" w:rsidR="00093CA2" w:rsidRDefault="00093CA2" w:rsidP="00572DF5">
            <w:pPr>
              <w:spacing w:line="324" w:lineRule="auto"/>
            </w:pPr>
          </w:p>
          <w:p w14:paraId="15B0E58B" w14:textId="77777777" w:rsidR="00093CA2" w:rsidRDefault="00093CA2" w:rsidP="00572DF5">
            <w:pPr>
              <w:spacing w:line="324" w:lineRule="auto"/>
            </w:pPr>
          </w:p>
          <w:p w14:paraId="3E62BA2C" w14:textId="77777777" w:rsidR="00093CA2" w:rsidRDefault="00093CA2" w:rsidP="00572DF5">
            <w:pPr>
              <w:spacing w:line="324" w:lineRule="auto"/>
            </w:pPr>
          </w:p>
          <w:p w14:paraId="6C8CF80F" w14:textId="77777777" w:rsidR="00093CA2" w:rsidRDefault="00093CA2" w:rsidP="00572DF5">
            <w:pPr>
              <w:spacing w:line="324" w:lineRule="auto"/>
            </w:pPr>
          </w:p>
          <w:p w14:paraId="77153BA0" w14:textId="77777777" w:rsidR="00093CA2" w:rsidRDefault="00093CA2" w:rsidP="00572DF5">
            <w:pPr>
              <w:spacing w:line="324" w:lineRule="auto"/>
            </w:pPr>
          </w:p>
        </w:tc>
      </w:tr>
      <w:tr w:rsidR="00093CA2" w14:paraId="764517C8" w14:textId="77777777" w:rsidTr="00572DF5">
        <w:tc>
          <w:tcPr>
            <w:tcW w:w="5058" w:type="dxa"/>
          </w:tcPr>
          <w:p w14:paraId="2509D6D6" w14:textId="77777777" w:rsidR="00093CA2" w:rsidRDefault="00093CA2" w:rsidP="00572DF5">
            <w:pPr>
              <w:spacing w:after="40" w:line="252" w:lineRule="auto"/>
            </w:pPr>
            <w:r>
              <w:rPr>
                <w:rFonts w:eastAsia="Cambria" w:cs="Cambria"/>
                <w:b/>
                <w:color w:val="14233C"/>
                <w:sz w:val="21"/>
              </w:rPr>
              <w:t>3.  whether companies should have flexible working hours for people with different sleeping patterns</w:t>
            </w:r>
          </w:p>
          <w:p w14:paraId="058387CB" w14:textId="77777777" w:rsidR="00093CA2" w:rsidRDefault="00093CA2" w:rsidP="00572DF5">
            <w:pPr>
              <w:spacing w:line="324" w:lineRule="auto"/>
            </w:pPr>
          </w:p>
          <w:p w14:paraId="21FD2521" w14:textId="77777777" w:rsidR="00093CA2" w:rsidRDefault="00093CA2" w:rsidP="00572DF5">
            <w:pPr>
              <w:spacing w:line="324" w:lineRule="auto"/>
            </w:pPr>
          </w:p>
          <w:p w14:paraId="0786272D" w14:textId="77777777" w:rsidR="00093CA2" w:rsidRDefault="00093CA2" w:rsidP="00572DF5">
            <w:pPr>
              <w:spacing w:line="324" w:lineRule="auto"/>
            </w:pPr>
          </w:p>
          <w:p w14:paraId="4099A810" w14:textId="77777777" w:rsidR="00093CA2" w:rsidRDefault="00093CA2" w:rsidP="00572DF5">
            <w:pPr>
              <w:spacing w:line="324" w:lineRule="auto"/>
            </w:pPr>
          </w:p>
          <w:p w14:paraId="61D148EC" w14:textId="77777777" w:rsidR="00093CA2" w:rsidRDefault="00093CA2" w:rsidP="00572DF5">
            <w:pPr>
              <w:spacing w:line="324" w:lineRule="auto"/>
            </w:pPr>
          </w:p>
          <w:p w14:paraId="34E78124" w14:textId="77777777" w:rsidR="00093CA2" w:rsidRDefault="00093CA2" w:rsidP="00572DF5">
            <w:pPr>
              <w:spacing w:line="324" w:lineRule="auto"/>
            </w:pPr>
          </w:p>
          <w:p w14:paraId="30522223" w14:textId="77777777" w:rsidR="00093CA2" w:rsidRDefault="00093CA2" w:rsidP="00572DF5">
            <w:pPr>
              <w:spacing w:line="324" w:lineRule="auto"/>
            </w:pPr>
          </w:p>
          <w:p w14:paraId="59F46D4F" w14:textId="77777777" w:rsidR="00093CA2" w:rsidRDefault="00093CA2" w:rsidP="00572DF5">
            <w:pPr>
              <w:spacing w:line="324" w:lineRule="auto"/>
            </w:pPr>
          </w:p>
          <w:p w14:paraId="11124C50" w14:textId="77777777" w:rsidR="00093CA2" w:rsidRDefault="00093CA2" w:rsidP="00572DF5">
            <w:pPr>
              <w:spacing w:line="324" w:lineRule="auto"/>
            </w:pPr>
          </w:p>
          <w:p w14:paraId="06066006" w14:textId="77777777" w:rsidR="00093CA2" w:rsidRDefault="00093CA2" w:rsidP="00572DF5">
            <w:pPr>
              <w:spacing w:line="324" w:lineRule="auto"/>
            </w:pPr>
          </w:p>
        </w:tc>
        <w:tc>
          <w:tcPr>
            <w:tcW w:w="5310" w:type="dxa"/>
          </w:tcPr>
          <w:p w14:paraId="3D9E7A2E" w14:textId="77777777" w:rsidR="00093CA2" w:rsidRDefault="00093CA2" w:rsidP="00572DF5">
            <w:pPr>
              <w:spacing w:after="40" w:line="252" w:lineRule="auto"/>
            </w:pPr>
            <w:r>
              <w:rPr>
                <w:rFonts w:eastAsia="Cambria" w:cs="Cambria"/>
                <w:b/>
                <w:color w:val="14233C"/>
                <w:sz w:val="21"/>
              </w:rPr>
              <w:t>4.  anything else you think is important</w:t>
            </w:r>
          </w:p>
          <w:p w14:paraId="03C212CD" w14:textId="77777777" w:rsidR="00093CA2" w:rsidRDefault="00093CA2" w:rsidP="00572DF5">
            <w:pPr>
              <w:spacing w:line="324" w:lineRule="auto"/>
            </w:pPr>
          </w:p>
          <w:p w14:paraId="4757FF04" w14:textId="77777777" w:rsidR="00093CA2" w:rsidRDefault="00093CA2" w:rsidP="00572DF5">
            <w:pPr>
              <w:spacing w:line="324" w:lineRule="auto"/>
            </w:pPr>
          </w:p>
          <w:p w14:paraId="15DF0D4E" w14:textId="77777777" w:rsidR="00093CA2" w:rsidRDefault="00093CA2" w:rsidP="00572DF5">
            <w:pPr>
              <w:spacing w:line="324" w:lineRule="auto"/>
            </w:pPr>
          </w:p>
          <w:p w14:paraId="290E1C70" w14:textId="77777777" w:rsidR="00093CA2" w:rsidRDefault="00093CA2" w:rsidP="00572DF5">
            <w:pPr>
              <w:spacing w:line="324" w:lineRule="auto"/>
            </w:pPr>
          </w:p>
          <w:p w14:paraId="1D65C9E2" w14:textId="77777777" w:rsidR="00093CA2" w:rsidRDefault="00093CA2" w:rsidP="00572DF5">
            <w:pPr>
              <w:spacing w:line="324" w:lineRule="auto"/>
            </w:pPr>
          </w:p>
          <w:p w14:paraId="64FEAABB" w14:textId="77777777" w:rsidR="00093CA2" w:rsidRDefault="00093CA2" w:rsidP="00572DF5">
            <w:pPr>
              <w:spacing w:line="324" w:lineRule="auto"/>
            </w:pPr>
          </w:p>
          <w:p w14:paraId="18E8BAA7" w14:textId="77777777" w:rsidR="00093CA2" w:rsidRDefault="00093CA2" w:rsidP="00572DF5">
            <w:pPr>
              <w:spacing w:line="324" w:lineRule="auto"/>
            </w:pPr>
          </w:p>
          <w:p w14:paraId="334D4FAB" w14:textId="77777777" w:rsidR="00093CA2" w:rsidRDefault="00093CA2" w:rsidP="00572DF5">
            <w:pPr>
              <w:spacing w:line="324" w:lineRule="auto"/>
            </w:pPr>
          </w:p>
          <w:p w14:paraId="37F61309" w14:textId="77777777" w:rsidR="00093CA2" w:rsidRDefault="00093CA2" w:rsidP="00572DF5">
            <w:pPr>
              <w:spacing w:line="324" w:lineRule="auto"/>
            </w:pPr>
          </w:p>
        </w:tc>
      </w:tr>
    </w:tbl>
    <w:p w14:paraId="53AE59DA" w14:textId="77777777" w:rsidR="00093CA2" w:rsidRDefault="00093CA2" w:rsidP="00093CA2">
      <w:pPr>
        <w:spacing w:after="0" w:line="268" w:lineRule="auto"/>
      </w:pPr>
    </w:p>
    <w:p w14:paraId="62B9E652" w14:textId="77777777" w:rsidR="00093CA2" w:rsidRDefault="00093CA2" w:rsidP="00093CA2">
      <w:pPr>
        <w:keepNext/>
        <w:spacing w:before="240" w:after="100" w:line="268" w:lineRule="auto"/>
      </w:pPr>
      <w:r>
        <w:rPr>
          <w:rFonts w:eastAsia="Cambria" w:cs="Cambria"/>
          <w:b/>
          <w:color w:val="548235"/>
          <w:sz w:val="26"/>
          <w:u w:val="single"/>
        </w:rPr>
        <w:t>Note Grid – Your Notes for Part B Individual Response Questions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058"/>
        <w:gridCol w:w="5310"/>
      </w:tblGrid>
      <w:tr w:rsidR="00093CA2" w14:paraId="1FF91C38" w14:textId="77777777" w:rsidTr="00572DF5">
        <w:tc>
          <w:tcPr>
            <w:tcW w:w="5058" w:type="dxa"/>
          </w:tcPr>
          <w:p w14:paraId="10C5C7BC" w14:textId="77777777" w:rsidR="00093CA2" w:rsidRDefault="00093CA2" w:rsidP="00572DF5">
            <w:pPr>
              <w:spacing w:before="240" w:after="40" w:line="252" w:lineRule="auto"/>
            </w:pPr>
            <w:r>
              <w:rPr>
                <w:rFonts w:eastAsia="Cambria" w:cs="Cambria"/>
                <w:b/>
                <w:color w:val="14233C"/>
                <w:sz w:val="21"/>
              </w:rPr>
              <w:t>Question: ___________</w:t>
            </w:r>
          </w:p>
          <w:p w14:paraId="0E8C3903" w14:textId="77777777" w:rsidR="00093CA2" w:rsidRDefault="00093CA2" w:rsidP="00572DF5">
            <w:pPr>
              <w:spacing w:line="324" w:lineRule="auto"/>
            </w:pPr>
          </w:p>
          <w:p w14:paraId="3473E708" w14:textId="77777777" w:rsidR="00093CA2" w:rsidRDefault="00093CA2" w:rsidP="00572DF5">
            <w:pPr>
              <w:spacing w:line="324" w:lineRule="auto"/>
            </w:pPr>
          </w:p>
          <w:p w14:paraId="5D72E78F" w14:textId="77777777" w:rsidR="00093CA2" w:rsidRDefault="00093CA2" w:rsidP="00572DF5">
            <w:pPr>
              <w:spacing w:line="324" w:lineRule="auto"/>
            </w:pPr>
          </w:p>
          <w:p w14:paraId="201889B0" w14:textId="77777777" w:rsidR="00093CA2" w:rsidRDefault="00093CA2" w:rsidP="00572DF5">
            <w:pPr>
              <w:spacing w:line="324" w:lineRule="auto"/>
            </w:pPr>
          </w:p>
        </w:tc>
        <w:tc>
          <w:tcPr>
            <w:tcW w:w="5310" w:type="dxa"/>
          </w:tcPr>
          <w:p w14:paraId="6866D736" w14:textId="77777777" w:rsidR="00093CA2" w:rsidRDefault="00093CA2" w:rsidP="00572DF5">
            <w:pPr>
              <w:spacing w:before="240" w:after="40" w:line="252" w:lineRule="auto"/>
            </w:pPr>
            <w:r>
              <w:rPr>
                <w:rFonts w:eastAsia="Cambria" w:cs="Cambria"/>
                <w:b/>
                <w:color w:val="14233C"/>
                <w:sz w:val="21"/>
              </w:rPr>
              <w:t>Question: _____________</w:t>
            </w:r>
          </w:p>
          <w:p w14:paraId="4C5B2E40" w14:textId="77777777" w:rsidR="00093CA2" w:rsidRDefault="00093CA2" w:rsidP="00572DF5">
            <w:pPr>
              <w:spacing w:line="324" w:lineRule="auto"/>
            </w:pPr>
          </w:p>
          <w:p w14:paraId="610A1BD9" w14:textId="77777777" w:rsidR="00093CA2" w:rsidRDefault="00093CA2" w:rsidP="00572DF5">
            <w:pPr>
              <w:spacing w:line="324" w:lineRule="auto"/>
            </w:pPr>
          </w:p>
          <w:p w14:paraId="5BDB426D" w14:textId="77777777" w:rsidR="00093CA2" w:rsidRDefault="00093CA2" w:rsidP="00572DF5">
            <w:pPr>
              <w:spacing w:line="324" w:lineRule="auto"/>
            </w:pPr>
          </w:p>
          <w:p w14:paraId="05902D56" w14:textId="77777777" w:rsidR="00093CA2" w:rsidRDefault="00093CA2" w:rsidP="00572DF5">
            <w:pPr>
              <w:spacing w:line="324" w:lineRule="auto"/>
            </w:pPr>
          </w:p>
          <w:p w14:paraId="58B7926F" w14:textId="77777777" w:rsidR="00093CA2" w:rsidRDefault="00093CA2" w:rsidP="00572DF5">
            <w:pPr>
              <w:spacing w:line="324" w:lineRule="auto"/>
            </w:pPr>
          </w:p>
          <w:p w14:paraId="50726526" w14:textId="77777777" w:rsidR="00093CA2" w:rsidRDefault="00093CA2" w:rsidP="00572DF5">
            <w:pPr>
              <w:spacing w:line="324" w:lineRule="auto"/>
            </w:pPr>
          </w:p>
          <w:p w14:paraId="252DD555" w14:textId="673AF0D0" w:rsidR="00093CA2" w:rsidRDefault="00093CA2" w:rsidP="00572DF5">
            <w:pPr>
              <w:spacing w:line="324" w:lineRule="auto"/>
            </w:pPr>
          </w:p>
          <w:p w14:paraId="312628D4" w14:textId="77777777" w:rsidR="00093CA2" w:rsidRDefault="00093CA2" w:rsidP="00572DF5">
            <w:pPr>
              <w:spacing w:line="324" w:lineRule="auto"/>
            </w:pPr>
          </w:p>
        </w:tc>
      </w:tr>
    </w:tbl>
    <w:p w14:paraId="095F5805" w14:textId="5CA67559" w:rsidR="00000000" w:rsidRDefault="00000000" w:rsidP="00093CA2">
      <w:pPr>
        <w:keepNext/>
        <w:spacing w:before="240" w:after="100" w:line="268" w:lineRule="auto"/>
      </w:pPr>
    </w:p>
    <w:sectPr w:rsidR="000065EB" w:rsidSect="00034616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063212">
    <w:abstractNumId w:val="8"/>
  </w:num>
  <w:num w:numId="2" w16cid:durableId="986322912">
    <w:abstractNumId w:val="6"/>
  </w:num>
  <w:num w:numId="3" w16cid:durableId="1862157507">
    <w:abstractNumId w:val="5"/>
  </w:num>
  <w:num w:numId="4" w16cid:durableId="1691367753">
    <w:abstractNumId w:val="4"/>
  </w:num>
  <w:num w:numId="5" w16cid:durableId="731469281">
    <w:abstractNumId w:val="7"/>
  </w:num>
  <w:num w:numId="6" w16cid:durableId="583536706">
    <w:abstractNumId w:val="3"/>
  </w:num>
  <w:num w:numId="7" w16cid:durableId="1034959522">
    <w:abstractNumId w:val="2"/>
  </w:num>
  <w:num w:numId="8" w16cid:durableId="1596598304">
    <w:abstractNumId w:val="1"/>
  </w:num>
  <w:num w:numId="9" w16cid:durableId="2097550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3CA2"/>
    <w:rsid w:val="0015074B"/>
    <w:rsid w:val="0029639D"/>
    <w:rsid w:val="00326F90"/>
    <w:rsid w:val="007C6C0B"/>
    <w:rsid w:val="00AA1D8D"/>
    <w:rsid w:val="00B47730"/>
    <w:rsid w:val="00CB0664"/>
    <w:rsid w:val="00D866F4"/>
    <w:rsid w:val="00F26445"/>
    <w:rsid w:val="00FA20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B5066F"/>
  <w14:defaultImageDpi w14:val="300"/>
  <w15:docId w15:val="{F02F35DF-6BB2-7D4E-A011-3A2BEB247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mbria" w:hAnsi="Cambr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Helen Miu</cp:lastModifiedBy>
  <cp:revision>3</cp:revision>
  <dcterms:created xsi:type="dcterms:W3CDTF">2026-10-01T13:12:00Z</dcterms:created>
  <dcterms:modified xsi:type="dcterms:W3CDTF">2026-10-01T13:19:00Z</dcterms:modified>
  <cp:category/>
</cp:coreProperties>
</file>